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50F0" w14:textId="77777777" w:rsidR="008373A7" w:rsidRDefault="00233FD7">
      <w:pPr>
        <w:spacing w:after="72"/>
        <w:jc w:val="center"/>
      </w:pPr>
      <w:r>
        <w:rPr>
          <w:noProof/>
        </w:rPr>
        <w:drawing>
          <wp:inline distT="0" distB="0" distL="114300" distR="114300" wp14:anchorId="42FA36A8" wp14:editId="140FA0D4">
            <wp:extent cx="4389120" cy="241934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24193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F4C54E" w14:textId="77777777" w:rsidR="008373A7" w:rsidRDefault="00233FD7">
      <w:pPr>
        <w:spacing w:after="20"/>
        <w:jc w:val="center"/>
      </w:pPr>
      <w:r>
        <w:rPr>
          <w:b/>
          <w:bCs/>
          <w:color w:val="17365D"/>
          <w:sz w:val="48"/>
          <w:szCs w:val="48"/>
        </w:rPr>
        <w:t>WINTER 2027</w:t>
      </w:r>
    </w:p>
    <w:p w14:paraId="4F420B11" w14:textId="77777777" w:rsidR="008373A7" w:rsidRDefault="00233FD7">
      <w:pPr>
        <w:spacing w:after="160"/>
        <w:jc w:val="center"/>
      </w:pPr>
      <w:r>
        <w:rPr>
          <w:b/>
          <w:bCs/>
          <w:color w:val="2F75B5"/>
          <w:sz w:val="22"/>
          <w:szCs w:val="22"/>
        </w:rPr>
        <w:t>EAST MONTGOMERY COUNTY SPORTS ASSOCIATION FLAG FOOTBALL</w:t>
      </w:r>
    </w:p>
    <w:p w14:paraId="33AF5AD3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REGISTRATION DEADLINES</w:t>
      </w:r>
    </w:p>
    <w:p w14:paraId="693C2DB6" w14:textId="77777777" w:rsidR="008373A7" w:rsidRDefault="00233FD7">
      <w:pPr>
        <w:spacing w:line="240" w:lineRule="auto"/>
      </w:pPr>
      <w:r>
        <w:rPr>
          <w:b/>
          <w:bCs/>
        </w:rPr>
        <w:t xml:space="preserve">$150 Registration Fee + $50 Raffle </w:t>
      </w:r>
      <w:r>
        <w:rPr>
          <w:b/>
          <w:bCs/>
        </w:rPr>
        <w:t>Ticket</w:t>
      </w:r>
      <w:r>
        <w:br/>
        <w:t xml:space="preserve">Registration opens November 1, </w:t>
      </w:r>
      <w:proofErr w:type="gramStart"/>
      <w:r>
        <w:t>2026</w:t>
      </w:r>
      <w:proofErr w:type="gramEnd"/>
      <w:r>
        <w:t xml:space="preserve"> and closes November 30, 2026.</w:t>
      </w:r>
    </w:p>
    <w:p w14:paraId="44B28FE2" w14:textId="77777777" w:rsidR="008373A7" w:rsidRDefault="00233FD7">
      <w:pPr>
        <w:spacing w:before="120"/>
      </w:pPr>
      <w:r>
        <w:rPr>
          <w:b/>
          <w:bCs/>
          <w:color w:val="17365D"/>
          <w:sz w:val="22"/>
          <w:szCs w:val="22"/>
        </w:rPr>
        <w:t>THURSDAY GAME TIMES: 5:00 PM – 10:00 PM</w:t>
      </w:r>
    </w:p>
    <w:p w14:paraId="1146B91B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WINTER 2027 GAME SCHEDULE</w:t>
      </w:r>
    </w:p>
    <w:tbl>
      <w:tblPr>
        <w:tblStyle w:val="a"/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40"/>
        <w:gridCol w:w="5040"/>
      </w:tblGrid>
      <w:tr w:rsidR="008373A7" w14:paraId="021510A2" w14:textId="77777777">
        <w:trPr>
          <w:jc w:val="center"/>
        </w:trPr>
        <w:tc>
          <w:tcPr>
            <w:tcW w:w="5040" w:type="dxa"/>
          </w:tcPr>
          <w:p w14:paraId="6137F8C7" w14:textId="77777777" w:rsidR="008373A7" w:rsidRDefault="00233FD7">
            <w:r>
              <w:rPr>
                <w:b/>
                <w:bCs/>
                <w:color w:val="17365D"/>
              </w:rPr>
              <w:t>Januar</w:t>
            </w:r>
            <w:r>
              <w:rPr>
                <w:b/>
                <w:bCs/>
                <w:color w:val="17365D"/>
              </w:rPr>
              <w:t>y 7th</w:t>
            </w:r>
          </w:p>
        </w:tc>
        <w:tc>
          <w:tcPr>
            <w:tcW w:w="5040" w:type="dxa"/>
          </w:tcPr>
          <w:p w14:paraId="3B4FDE6F" w14:textId="77777777" w:rsidR="008373A7" w:rsidRDefault="00233FD7">
            <w:r>
              <w:t xml:space="preserve">Game </w:t>
            </w:r>
            <w:r>
              <w:t>Day</w:t>
            </w:r>
          </w:p>
        </w:tc>
      </w:tr>
      <w:tr w:rsidR="008373A7" w14:paraId="00247DFB" w14:textId="77777777">
        <w:trPr>
          <w:jc w:val="center"/>
        </w:trPr>
        <w:tc>
          <w:tcPr>
            <w:tcW w:w="5040" w:type="dxa"/>
          </w:tcPr>
          <w:p w14:paraId="7D2BD530" w14:textId="77777777" w:rsidR="008373A7" w:rsidRDefault="00233FD7">
            <w:r>
              <w:rPr>
                <w:b/>
                <w:bCs/>
                <w:color w:val="17365D"/>
              </w:rPr>
              <w:t xml:space="preserve">January </w:t>
            </w:r>
            <w:r>
              <w:rPr>
                <w:b/>
                <w:bCs/>
                <w:color w:val="17365D"/>
              </w:rPr>
              <w:t>14th</w:t>
            </w:r>
          </w:p>
        </w:tc>
        <w:tc>
          <w:tcPr>
            <w:tcW w:w="5040" w:type="dxa"/>
          </w:tcPr>
          <w:p w14:paraId="159E9771" w14:textId="77777777" w:rsidR="008373A7" w:rsidRDefault="00233FD7">
            <w:r>
              <w:t xml:space="preserve">Game </w:t>
            </w:r>
            <w:r>
              <w:t>D</w:t>
            </w:r>
            <w:r>
              <w:t>ay</w:t>
            </w:r>
          </w:p>
        </w:tc>
      </w:tr>
      <w:tr w:rsidR="008373A7" w14:paraId="370416D2" w14:textId="77777777">
        <w:trPr>
          <w:jc w:val="center"/>
        </w:trPr>
        <w:tc>
          <w:tcPr>
            <w:tcW w:w="5040" w:type="dxa"/>
          </w:tcPr>
          <w:p w14:paraId="1301B4F1" w14:textId="77777777" w:rsidR="008373A7" w:rsidRDefault="00233FD7">
            <w:r>
              <w:rPr>
                <w:b/>
                <w:bCs/>
                <w:color w:val="17365D"/>
              </w:rPr>
              <w:t>January 2</w:t>
            </w:r>
            <w:r>
              <w:rPr>
                <w:b/>
                <w:bCs/>
                <w:color w:val="17365D"/>
              </w:rPr>
              <w:t>1st</w:t>
            </w:r>
          </w:p>
        </w:tc>
        <w:tc>
          <w:tcPr>
            <w:tcW w:w="5040" w:type="dxa"/>
          </w:tcPr>
          <w:p w14:paraId="43874237" w14:textId="77777777" w:rsidR="008373A7" w:rsidRDefault="00233FD7">
            <w:r>
              <w:t xml:space="preserve">Game </w:t>
            </w:r>
            <w:r>
              <w:t>D</w:t>
            </w:r>
            <w:r>
              <w:t>ay</w:t>
            </w:r>
          </w:p>
        </w:tc>
      </w:tr>
      <w:tr w:rsidR="008373A7" w14:paraId="76FB28B5" w14:textId="77777777">
        <w:trPr>
          <w:jc w:val="center"/>
        </w:trPr>
        <w:tc>
          <w:tcPr>
            <w:tcW w:w="5040" w:type="dxa"/>
          </w:tcPr>
          <w:p w14:paraId="32EC5659" w14:textId="77777777" w:rsidR="008373A7" w:rsidRDefault="00233FD7">
            <w:pPr>
              <w:rPr>
                <w:b/>
                <w:bCs/>
                <w:color w:val="17365D"/>
              </w:rPr>
            </w:pPr>
            <w:r>
              <w:rPr>
                <w:b/>
                <w:bCs/>
                <w:color w:val="17365D"/>
              </w:rPr>
              <w:t>January 28th</w:t>
            </w:r>
          </w:p>
        </w:tc>
        <w:tc>
          <w:tcPr>
            <w:tcW w:w="5040" w:type="dxa"/>
          </w:tcPr>
          <w:p w14:paraId="2FB968ED" w14:textId="77777777" w:rsidR="008373A7" w:rsidRDefault="00233FD7">
            <w:r>
              <w:t>Game Day</w:t>
            </w:r>
          </w:p>
        </w:tc>
      </w:tr>
      <w:tr w:rsidR="008373A7" w14:paraId="5D92F0A9" w14:textId="77777777">
        <w:trPr>
          <w:jc w:val="center"/>
        </w:trPr>
        <w:tc>
          <w:tcPr>
            <w:tcW w:w="5040" w:type="dxa"/>
          </w:tcPr>
          <w:p w14:paraId="1C559514" w14:textId="77777777" w:rsidR="008373A7" w:rsidRDefault="00233FD7">
            <w:pPr>
              <w:rPr>
                <w:b/>
                <w:bCs/>
                <w:color w:val="17365D"/>
              </w:rPr>
            </w:pPr>
            <w:r>
              <w:rPr>
                <w:b/>
                <w:bCs/>
                <w:color w:val="17365D"/>
              </w:rPr>
              <w:t>February 4th</w:t>
            </w:r>
          </w:p>
        </w:tc>
        <w:tc>
          <w:tcPr>
            <w:tcW w:w="5040" w:type="dxa"/>
          </w:tcPr>
          <w:p w14:paraId="1A44D458" w14:textId="77777777" w:rsidR="008373A7" w:rsidRDefault="00233FD7">
            <w:r>
              <w:t>Game Day</w:t>
            </w:r>
          </w:p>
        </w:tc>
      </w:tr>
      <w:tr w:rsidR="008373A7" w14:paraId="1F7D59C5" w14:textId="77777777">
        <w:trPr>
          <w:jc w:val="center"/>
        </w:trPr>
        <w:tc>
          <w:tcPr>
            <w:tcW w:w="5040" w:type="dxa"/>
          </w:tcPr>
          <w:p w14:paraId="6927622D" w14:textId="77777777" w:rsidR="008373A7" w:rsidRDefault="00233FD7">
            <w:pPr>
              <w:rPr>
                <w:b/>
                <w:bCs/>
                <w:color w:val="17365D"/>
              </w:rPr>
            </w:pPr>
            <w:r>
              <w:rPr>
                <w:b/>
                <w:bCs/>
                <w:color w:val="17365D"/>
              </w:rPr>
              <w:t xml:space="preserve">February 11th </w:t>
            </w:r>
          </w:p>
        </w:tc>
        <w:tc>
          <w:tcPr>
            <w:tcW w:w="5040" w:type="dxa"/>
          </w:tcPr>
          <w:p w14:paraId="26EE4FEF" w14:textId="77777777" w:rsidR="008373A7" w:rsidRDefault="00233FD7">
            <w:r>
              <w:t>Game Day</w:t>
            </w:r>
          </w:p>
        </w:tc>
      </w:tr>
      <w:tr w:rsidR="008373A7" w14:paraId="646A9560" w14:textId="77777777">
        <w:trPr>
          <w:jc w:val="center"/>
        </w:trPr>
        <w:tc>
          <w:tcPr>
            <w:tcW w:w="5040" w:type="dxa"/>
          </w:tcPr>
          <w:p w14:paraId="26E99B28" w14:textId="77777777" w:rsidR="008373A7" w:rsidRDefault="00233FD7">
            <w:r>
              <w:rPr>
                <w:b/>
                <w:bCs/>
                <w:color w:val="17365D"/>
              </w:rPr>
              <w:t xml:space="preserve">February </w:t>
            </w:r>
            <w:r>
              <w:rPr>
                <w:b/>
                <w:bCs/>
                <w:color w:val="17365D"/>
              </w:rPr>
              <w:t>18th</w:t>
            </w:r>
          </w:p>
        </w:tc>
        <w:tc>
          <w:tcPr>
            <w:tcW w:w="5040" w:type="dxa"/>
            <w:shd w:val="clear" w:color="auto" w:fill="D9EAF7"/>
          </w:tcPr>
          <w:p w14:paraId="6AF21709" w14:textId="77777777" w:rsidR="008373A7" w:rsidRDefault="00233FD7">
            <w:r>
              <w:rPr>
                <w:b/>
                <w:bCs/>
                <w:color w:val="2F75B5"/>
              </w:rPr>
              <w:t>PLAYOFFS</w:t>
            </w:r>
          </w:p>
        </w:tc>
      </w:tr>
      <w:tr w:rsidR="008373A7" w14:paraId="3C4645D1" w14:textId="77777777">
        <w:trPr>
          <w:jc w:val="center"/>
        </w:trPr>
        <w:tc>
          <w:tcPr>
            <w:tcW w:w="5040" w:type="dxa"/>
          </w:tcPr>
          <w:p w14:paraId="67F16D4C" w14:textId="77777777" w:rsidR="008373A7" w:rsidRDefault="00233FD7">
            <w:r>
              <w:rPr>
                <w:b/>
                <w:bCs/>
                <w:color w:val="17365D"/>
              </w:rPr>
              <w:t>February 25th</w:t>
            </w:r>
          </w:p>
        </w:tc>
        <w:tc>
          <w:tcPr>
            <w:tcW w:w="5040" w:type="dxa"/>
            <w:shd w:val="clear" w:color="auto" w:fill="D9EAF7"/>
          </w:tcPr>
          <w:p w14:paraId="33FAEC41" w14:textId="77777777" w:rsidR="008373A7" w:rsidRDefault="00233FD7">
            <w:r>
              <w:rPr>
                <w:b/>
                <w:bCs/>
                <w:color w:val="2F75B5"/>
              </w:rPr>
              <w:t>CHAMPIONSHIP</w:t>
            </w:r>
          </w:p>
        </w:tc>
      </w:tr>
    </w:tbl>
    <w:p w14:paraId="6EF13259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LEAGUE FORMAT</w:t>
      </w:r>
    </w:p>
    <w:p w14:paraId="36256EDA" w14:textId="77777777" w:rsidR="008373A7" w:rsidRDefault="00233FD7">
      <w:r>
        <w:rPr>
          <w:b/>
          <w:bCs/>
          <w:color w:val="17365D"/>
        </w:rPr>
        <w:t>6v6 Flag Football -</w:t>
      </w:r>
      <w:r>
        <w:t xml:space="preserve"> Age cut off is December 31st, 2026. </w:t>
      </w:r>
    </w:p>
    <w:p w14:paraId="551A7809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5-6 Year Olds, Mighty </w:t>
      </w:r>
      <w:proofErr w:type="spellStart"/>
      <w:r>
        <w:t>Mights</w:t>
      </w:r>
      <w:proofErr w:type="spellEnd"/>
      <w:r>
        <w:t xml:space="preserve"> Division</w:t>
      </w:r>
    </w:p>
    <w:p w14:paraId="737BDF1D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7-8 Year Olds, Freshman Division</w:t>
      </w:r>
    </w:p>
    <w:p w14:paraId="722B4050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9-10 Year Olds, Sophomore Division</w:t>
      </w:r>
    </w:p>
    <w:p w14:paraId="004F22BF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11-12 Year Olds, Junior Division</w:t>
      </w:r>
    </w:p>
    <w:p w14:paraId="76F4993A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13-14 Year Olds, Senior Division</w:t>
      </w:r>
    </w:p>
    <w:p w14:paraId="20A74DD8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GENERAL LEAGUE FORMAT</w:t>
      </w:r>
    </w:p>
    <w:p w14:paraId="4D621E6D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Each player receives a game </w:t>
      </w:r>
      <w:r>
        <w:t xml:space="preserve">jersey, shorts and a padded headband. </w:t>
      </w:r>
    </w:p>
    <w:p w14:paraId="483615F6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Each head coach receives a</w:t>
      </w:r>
      <w:r>
        <w:t xml:space="preserve"> football of the correct size per division.</w:t>
      </w:r>
    </w:p>
    <w:p w14:paraId="5DF55A74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Eight</w:t>
      </w:r>
      <w:r>
        <w:t xml:space="preserve">-week </w:t>
      </w:r>
      <w:proofErr w:type="gramStart"/>
      <w:r>
        <w:t>season,</w:t>
      </w:r>
      <w:proofErr w:type="gramEnd"/>
      <w:r>
        <w:t xml:space="preserve"> </w:t>
      </w:r>
      <w:proofErr w:type="gramStart"/>
      <w:r>
        <w:t>including</w:t>
      </w:r>
      <w:proofErr w:type="gramEnd"/>
      <w:r>
        <w:t xml:space="preserve"> playoffs </w:t>
      </w:r>
      <w:r>
        <w:t>and championship games.</w:t>
      </w:r>
    </w:p>
    <w:p w14:paraId="289BF70C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The 6v6</w:t>
      </w:r>
      <w:r>
        <w:t xml:space="preserve"> format </w:t>
      </w:r>
      <w:proofErr w:type="gramStart"/>
      <w:r>
        <w:t>played</w:t>
      </w:r>
      <w:proofErr w:type="gramEnd"/>
      <w:r>
        <w:t xml:space="preserve"> on fields approximately 30 yards wide by 50 yards long.</w:t>
      </w:r>
    </w:p>
    <w:p w14:paraId="02615836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No </w:t>
      </w:r>
      <w:proofErr w:type="gramStart"/>
      <w:r>
        <w:t>pass rush</w:t>
      </w:r>
      <w:proofErr w:type="gramEnd"/>
      <w:r>
        <w:t>. A 4 second sack count is used, with an emphasis on the passing game and limitations on the running game.</w:t>
      </w:r>
    </w:p>
    <w:p w14:paraId="6B81C2B7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Rosters consist of 10 players so everyone gets playing time each game.</w:t>
      </w:r>
    </w:p>
    <w:p w14:paraId="6C17E20A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Practices are hosted twice a week in the month of December; when season starts practices will be hosted once a week on the day games are not hosted. </w:t>
      </w:r>
    </w:p>
    <w:p w14:paraId="6B477844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lastRenderedPageBreak/>
        <w:t>No tryouts and no drafts. The league will do its best to honor friend or coach requests when forming rosters.</w:t>
      </w:r>
    </w:p>
    <w:p w14:paraId="2FDDB26E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Individual players will be placed on teams with similarities or familiarity where possible</w:t>
      </w:r>
      <w:r>
        <w:t>.</w:t>
      </w:r>
    </w:p>
    <w:p w14:paraId="6712E4D3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All coaches are volunteer parents </w:t>
      </w:r>
      <w:r>
        <w:t>for the EMCSA Flag Football Season.</w:t>
      </w:r>
    </w:p>
    <w:p w14:paraId="5AE15BB3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M</w:t>
      </w:r>
      <w:r>
        <w:t>edals are awarded to the champions of each age division.</w:t>
      </w:r>
    </w:p>
    <w:p w14:paraId="1287D532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Games are played in the evenings.</w:t>
      </w:r>
    </w:p>
    <w:p w14:paraId="000A999D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Concessions </w:t>
      </w:r>
      <w:r>
        <w:t xml:space="preserve">will be </w:t>
      </w:r>
      <w:r>
        <w:t>open</w:t>
      </w:r>
      <w:r>
        <w:t xml:space="preserve"> at games</w:t>
      </w:r>
      <w:r>
        <w:t xml:space="preserve"> and practices.</w:t>
      </w:r>
    </w:p>
    <w:p w14:paraId="31B3C339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All players must have</w:t>
      </w:r>
      <w:r>
        <w:t xml:space="preserve"> cleats, mouthpiece(s), and uniform provided by EMCSA on game day(s).</w:t>
      </w:r>
    </w:p>
    <w:p w14:paraId="58553B79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Coaches are responsible for </w:t>
      </w:r>
      <w:r>
        <w:t>cleaning</w:t>
      </w:r>
      <w:r>
        <w:t xml:space="preserve"> their game ball. Each team uses its own game ball while on offense.</w:t>
      </w:r>
    </w:p>
    <w:p w14:paraId="58D7694C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t>Game times will be staggered to minimize the number of people entering and exiting the field at one time.</w:t>
      </w:r>
    </w:p>
    <w:p w14:paraId="5AEF685E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REFUND POLICY</w:t>
      </w:r>
    </w:p>
    <w:p w14:paraId="2D83BD3C" w14:textId="77777777" w:rsidR="008373A7" w:rsidRDefault="00233FD7">
      <w:r>
        <w:t>Refunds are not given by EMCSA. If you have any questions, reach out to the Football Director, Justin Chapman, through the email football@emcsports.org</w:t>
      </w:r>
    </w:p>
    <w:p w14:paraId="31FF6D88" w14:textId="77777777" w:rsidR="008373A7" w:rsidRDefault="00233FD7">
      <w:pPr>
        <w:pBdr>
          <w:bottom w:val="single" w:sz="8" w:space="3" w:color="2F75B5"/>
        </w:pBdr>
        <w:spacing w:before="160"/>
      </w:pPr>
      <w:r>
        <w:rPr>
          <w:b/>
          <w:bCs/>
          <w:color w:val="17365D"/>
          <w:sz w:val="24"/>
          <w:szCs w:val="24"/>
        </w:rPr>
        <w:t>COACHES &amp; VOLUNTEERS</w:t>
      </w:r>
    </w:p>
    <w:p w14:paraId="2F19BFDE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All coaches are volunteers </w:t>
      </w:r>
      <w:r>
        <w:t>for the EMCSA Flag Football Season.</w:t>
      </w:r>
    </w:p>
    <w:p w14:paraId="09E269BD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All coaches and volunteers must provide the</w:t>
      </w:r>
      <w:r>
        <w:t xml:space="preserve"> Football Director</w:t>
      </w:r>
      <w:r>
        <w:t xml:space="preserve"> with a background check.</w:t>
      </w:r>
    </w:p>
    <w:p w14:paraId="4DFF3314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</w:pPr>
      <w:r>
        <w:t>Each</w:t>
      </w:r>
      <w:r>
        <w:t xml:space="preserve"> </w:t>
      </w:r>
      <w:r>
        <w:t xml:space="preserve">background check is valid </w:t>
      </w:r>
      <w:r>
        <w:t>per sport season</w:t>
      </w:r>
      <w:r>
        <w:t xml:space="preserve">. </w:t>
      </w:r>
    </w:p>
    <w:p w14:paraId="525761AD" w14:textId="77777777" w:rsidR="008373A7" w:rsidRDefault="00233FD7">
      <w:pPr>
        <w:spacing w:before="80"/>
      </w:pPr>
      <w:r>
        <w:rPr>
          <w:b/>
          <w:bCs/>
        </w:rPr>
        <w:t>Background Checks for Coaches and Volunteers</w:t>
      </w:r>
    </w:p>
    <w:p w14:paraId="7D4B1AC3" w14:textId="77777777" w:rsidR="008373A7" w:rsidRDefault="00233FD7">
      <w:pPr>
        <w:spacing w:before="100"/>
      </w:pPr>
      <w:r>
        <w:rPr>
          <w:b/>
          <w:bCs/>
          <w:color w:val="17365D"/>
        </w:rPr>
        <w:t xml:space="preserve">SAFETY IS OUR TOP PRIORITY. </w:t>
      </w:r>
      <w:r>
        <w:t xml:space="preserve">Our main concern and goal </w:t>
      </w:r>
      <w:proofErr w:type="gramStart"/>
      <w:r>
        <w:t>is</w:t>
      </w:r>
      <w:proofErr w:type="gramEnd"/>
      <w:r>
        <w:t xml:space="preserve"> the safety of our players. We want to ensure that all players are supported by coaches and volunteers with background checks. </w:t>
      </w:r>
    </w:p>
    <w:p w14:paraId="454EA0C7" w14:textId="77777777" w:rsidR="008373A7" w:rsidRDefault="00233FD7">
      <w:r>
        <w:br w:type="page"/>
      </w:r>
    </w:p>
    <w:p w14:paraId="747AC888" w14:textId="77777777" w:rsidR="008373A7" w:rsidRDefault="00233FD7">
      <w:pPr>
        <w:pBdr>
          <w:bottom w:val="single" w:sz="8" w:space="3" w:color="2F75B5"/>
        </w:pBdr>
        <w:spacing w:before="200" w:after="100"/>
      </w:pPr>
      <w:r>
        <w:rPr>
          <w:b/>
          <w:bCs/>
          <w:color w:val="17365D"/>
          <w:sz w:val="24"/>
          <w:szCs w:val="24"/>
        </w:rPr>
        <w:lastRenderedPageBreak/>
        <w:t>FREQUENTLY ASKED QUESTIONS</w:t>
      </w:r>
    </w:p>
    <w:p w14:paraId="256C0C3C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What day and where are the practices?</w:t>
      </w:r>
    </w:p>
    <w:p w14:paraId="3D1E12F8" w14:textId="77777777" w:rsidR="008373A7" w:rsidRDefault="00233FD7">
      <w:pPr>
        <w:spacing w:after="60"/>
        <w:ind w:left="200"/>
      </w:pPr>
      <w:r>
        <w:t>Practices will be held twice a week during the month of December (Monday and Thursday). When the season starts, practices will be held on Mondays as Thursdays will be Game Days.</w:t>
      </w:r>
    </w:p>
    <w:p w14:paraId="45CA7E46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Who will be the coaches, and how do you become a coach?</w:t>
      </w:r>
    </w:p>
    <w:p w14:paraId="045B1687" w14:textId="77777777" w:rsidR="008373A7" w:rsidRDefault="00233FD7">
      <w:pPr>
        <w:spacing w:after="60"/>
        <w:ind w:left="200"/>
      </w:pPr>
      <w:r>
        <w:t xml:space="preserve">We encourage parents to participate as coaches because we promote a fun, family-filled atmosphere while developing proper sportsmanship. To become a coach, select the appropriate box on the registration form. Every coach must have a background check. Background checks must be completed during the registration process on the </w:t>
      </w:r>
      <w:hyperlink r:id="rId9">
        <w:r>
          <w:rPr>
            <w:color w:val="1155CC"/>
            <w:u w:val="single"/>
          </w:rPr>
          <w:t>EMCSA website</w:t>
        </w:r>
      </w:hyperlink>
      <w:r>
        <w:t xml:space="preserve">. </w:t>
      </w:r>
    </w:p>
    <w:p w14:paraId="357BFD61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How do I request a friend or coach for my child's team?</w:t>
      </w:r>
    </w:p>
    <w:p w14:paraId="70B43EE3" w14:textId="77777777" w:rsidR="008373A7" w:rsidRDefault="00233FD7">
      <w:pPr>
        <w:spacing w:after="60"/>
        <w:ind w:left="200"/>
      </w:pPr>
      <w:r>
        <w:t>The registration form will include sections labeled "Friend Request" and "Coach Request." Enter your request in the appropriate section.</w:t>
      </w:r>
    </w:p>
    <w:p w14:paraId="4DDD83B3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How do I form or register a team?</w:t>
      </w:r>
    </w:p>
    <w:p w14:paraId="46123FF8" w14:textId="77777777" w:rsidR="008373A7" w:rsidRDefault="00233FD7">
      <w:pPr>
        <w:spacing w:after="60"/>
        <w:ind w:left="200"/>
      </w:pPr>
      <w:r>
        <w:t>Each team requires at least 10 players on its roster. To organize a team</w:t>
      </w:r>
      <w:proofErr w:type="gramStart"/>
      <w:r>
        <w:t>, have</w:t>
      </w:r>
      <w:proofErr w:type="gramEnd"/>
      <w:r>
        <w:t xml:space="preserve"> each player request the same coach or a player on the team through the appropriate section of the registration form.</w:t>
      </w:r>
    </w:p>
    <w:p w14:paraId="452CF40C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What does my child need to wear for games?</w:t>
      </w:r>
    </w:p>
    <w:p w14:paraId="689B39DD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>Every player must wear a mou</w:t>
      </w:r>
      <w:r>
        <w:t>thpiece</w:t>
      </w:r>
      <w:r>
        <w:t>.</w:t>
      </w:r>
    </w:p>
    <w:p w14:paraId="2607B465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>G</w:t>
      </w:r>
      <w:r>
        <w:t xml:space="preserve">ame </w:t>
      </w:r>
      <w:r>
        <w:t>jersey,</w:t>
      </w:r>
      <w:r>
        <w:t xml:space="preserve"> </w:t>
      </w:r>
      <w:r>
        <w:t>shorts and padded headband</w:t>
      </w:r>
      <w:r>
        <w:t xml:space="preserve"> that are provided </w:t>
      </w:r>
      <w:r>
        <w:t>by EMCSA</w:t>
      </w:r>
      <w:r>
        <w:t>.</w:t>
      </w:r>
    </w:p>
    <w:p w14:paraId="10A049C1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 xml:space="preserve">Players may choose their </w:t>
      </w:r>
      <w:proofErr w:type="gramStart"/>
      <w:r>
        <w:t>cleat</w:t>
      </w:r>
      <w:r>
        <w:t xml:space="preserve"> brand</w:t>
      </w:r>
      <w:proofErr w:type="gramEnd"/>
      <w:r>
        <w:t>.</w:t>
      </w:r>
    </w:p>
    <w:p w14:paraId="703A3A64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 xml:space="preserve">All shorts worn for </w:t>
      </w:r>
      <w:r>
        <w:t>games</w:t>
      </w:r>
      <w:r>
        <w:t xml:space="preserve"> must have NO pockets.</w:t>
      </w:r>
    </w:p>
    <w:p w14:paraId="04DF00E6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480" w:hanging="200"/>
      </w:pPr>
      <w:r>
        <w:t>Receiver gloves are optional.</w:t>
      </w:r>
    </w:p>
    <w:p w14:paraId="7A3220B0" w14:textId="77777777" w:rsidR="008373A7" w:rsidRDefault="00233FD7">
      <w:pPr>
        <w:spacing w:before="140" w:after="40"/>
      </w:pPr>
      <w:r>
        <w:rPr>
          <w:b/>
          <w:bCs/>
          <w:color w:val="17365D"/>
          <w:sz w:val="20"/>
          <w:szCs w:val="20"/>
        </w:rPr>
        <w:t>What type of football will be used?</w:t>
      </w:r>
    </w:p>
    <w:p w14:paraId="701CF56C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 xml:space="preserve">Ages 5 and 6 use </w:t>
      </w:r>
      <w:proofErr w:type="gramStart"/>
      <w:r>
        <w:t>a PEE</w:t>
      </w:r>
      <w:proofErr w:type="gramEnd"/>
      <w:r>
        <w:t>-WEE football.</w:t>
      </w:r>
    </w:p>
    <w:p w14:paraId="2200293F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>Ages 7 and 8 use PEE-WEE football.</w:t>
      </w:r>
    </w:p>
    <w:p w14:paraId="7B3B16D9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>Ages 9 and 10 use Junior football.</w:t>
      </w:r>
    </w:p>
    <w:p w14:paraId="24E86F2E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80" w:hanging="200"/>
      </w:pPr>
      <w:r>
        <w:t>Ages 11 and 12 use Junior football.</w:t>
      </w:r>
    </w:p>
    <w:p w14:paraId="03FE045E" w14:textId="77777777" w:rsidR="008373A7" w:rsidRDefault="00233F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480" w:hanging="200"/>
      </w:pPr>
      <w:r>
        <w:t>Ages 13 and 14 use Youth Football.</w:t>
      </w:r>
    </w:p>
    <w:sectPr w:rsidR="008373A7">
      <w:footerReference w:type="default" r:id="rId10"/>
      <w:pgSz w:w="12240" w:h="15840"/>
      <w:pgMar w:top="936" w:right="1080" w:bottom="936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E0730" w14:textId="77777777" w:rsidR="00233FD7" w:rsidRDefault="00233FD7">
      <w:pPr>
        <w:spacing w:after="0" w:line="240" w:lineRule="auto"/>
      </w:pPr>
      <w:r>
        <w:separator/>
      </w:r>
    </w:p>
  </w:endnote>
  <w:endnote w:type="continuationSeparator" w:id="0">
    <w:p w14:paraId="0A7CB854" w14:textId="77777777" w:rsidR="00233FD7" w:rsidRDefault="00233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04820166-AFC9-407D-A2CB-FC47D452AB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9B7F0B2-8E19-4AF0-A8D6-F874381F76F6}"/>
    <w:embedBold r:id="rId3" w:fontKey="{85313F12-BEDA-4269-8450-F57B3D19B120}"/>
    <w:embedItalic r:id="rId4" w:fontKey="{CAD68C1C-BD1A-4232-A26A-6299B7DDBB64}"/>
    <w:embedBoldItalic r:id="rId5" w:fontKey="{F0A71CCD-9107-4E0A-A83A-6689D6313B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09D8826-D6AF-4961-89E6-719BE96EDD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D0F7" w14:textId="77777777" w:rsidR="008373A7" w:rsidRDefault="00233FD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</w:pPr>
    <w:r>
      <w:rPr>
        <w:color w:val="787878"/>
        <w:sz w:val="16"/>
        <w:szCs w:val="16"/>
      </w:rPr>
      <w:t xml:space="preserve">EAST MONGOMERY COUNTY SPORTS ASSOCIATION FLAG </w:t>
    </w:r>
    <w:proofErr w:type="gramStart"/>
    <w:r>
      <w:rPr>
        <w:color w:val="787878"/>
        <w:sz w:val="16"/>
        <w:szCs w:val="16"/>
      </w:rPr>
      <w:t>FOOTBALL</w:t>
    </w:r>
    <w:r>
      <w:rPr>
        <w:color w:val="787878"/>
        <w:sz w:val="16"/>
        <w:szCs w:val="16"/>
      </w:rPr>
      <w:t xml:space="preserve">  •</w:t>
    </w:r>
    <w:proofErr w:type="gramEnd"/>
    <w:r>
      <w:rPr>
        <w:color w:val="787878"/>
        <w:sz w:val="16"/>
        <w:szCs w:val="16"/>
      </w:rPr>
      <w:t xml:space="preserve">  WINTER 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03711" w14:textId="77777777" w:rsidR="00233FD7" w:rsidRDefault="00233FD7">
      <w:pPr>
        <w:spacing w:after="0" w:line="240" w:lineRule="auto"/>
      </w:pPr>
      <w:r>
        <w:separator/>
      </w:r>
    </w:p>
  </w:footnote>
  <w:footnote w:type="continuationSeparator" w:id="0">
    <w:p w14:paraId="56FEB9C5" w14:textId="77777777" w:rsidR="00233FD7" w:rsidRDefault="00233F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E484D"/>
    <w:multiLevelType w:val="multilevel"/>
    <w:tmpl w:val="05BE8D12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22128FC"/>
    <w:multiLevelType w:val="multilevel"/>
    <w:tmpl w:val="2A0463F6"/>
    <w:lvl w:ilvl="0">
      <w:start w:val="1"/>
      <w:numFmt w:val="bullet"/>
      <w:pStyle w:val="List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379278950">
    <w:abstractNumId w:val="1"/>
  </w:num>
  <w:num w:numId="2" w16cid:durableId="1071270829">
    <w:abstractNumId w:val="0"/>
  </w:num>
  <w:num w:numId="3" w16cid:durableId="16206463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0182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2024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10679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3A7"/>
    <w:rsid w:val="00233FD7"/>
    <w:rsid w:val="008373A7"/>
    <w:rsid w:val="00880A69"/>
    <w:rsid w:val="00D9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3075E"/>
  <w15:docId w15:val="{A73081EA-CCEC-4599-86C4-0C629B48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333333"/>
        <w:sz w:val="19"/>
        <w:szCs w:val="19"/>
        <w:lang w:val="en" w:eastAsia="en-US" w:bidi="ar-SA"/>
      </w:rPr>
    </w:rPrDefault>
    <w:pPrDefault>
      <w:pPr>
        <w:spacing w:after="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mcsports.org/hom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0MK6IqFB6Qa+mPagw80Bm2rZdg==">CgMxLjA4AHIhMWNwT01BcWFnaW9sNjJYVmlOczFsbGhrR2pPek9LR1ds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733</Words>
  <Characters>3530</Characters>
  <Application>Microsoft Office Word</Application>
  <DocSecurity>4</DocSecurity>
  <Lines>88</Lines>
  <Paragraphs>75</Paragraphs>
  <ScaleCrop>false</ScaleCrop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Dobyns, Amber</cp:lastModifiedBy>
  <cp:revision>2</cp:revision>
  <dcterms:created xsi:type="dcterms:W3CDTF">2026-11-01T17:03:00Z</dcterms:created>
  <dcterms:modified xsi:type="dcterms:W3CDTF">2026-11-01T17:03:00Z</dcterms:modified>
</cp:coreProperties>
</file>